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color w:val="071F35"/>
          <w:sz w:val="38"/>
        </w:rPr>
        <w:t>SKILLED EMPLOYMENT REFERENCE LETTER</w:t>
      </w:r>
    </w:p>
    <w:p>
      <w:pPr>
        <w:jc w:val="center"/>
      </w:pPr>
      <w:r>
        <w:rPr>
          <w:i/>
          <w:color w:val="5A6978"/>
          <w:sz w:val="18"/>
        </w:rPr>
        <w:t>Editable English template for migration and skills-assessment evidence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fill="FFF4D6"/>
            <w:vAlign w:val="center"/>
          </w:tcPr>
          <w:p>
            <w:r>
              <w:rPr>
                <w:b/>
                <w:color w:val="60450B"/>
                <w:sz w:val="18"/>
              </w:rPr>
              <w:t>Place this letter on the employer’s official letterhead. Replace every bracketed field and remove this note before signing.</w:t>
            </w:r>
          </w:p>
        </w:tc>
      </w:tr>
    </w:tbl>
    <w:p>
      <w:r>
        <w:t>[Date of issue]</w:t>
      </w:r>
    </w:p>
    <w:p>
      <w:r>
        <w:t>To Whom It May Concern,</w:t>
      </w:r>
    </w:p>
    <w:p>
      <w:r>
        <w:rPr>
          <w:b/>
        </w:rPr>
        <w:t>RE: EMPLOYMENT OF [EMPLOYEE FULL NAME]</w:t>
      </w:r>
    </w:p>
    <w:p>
      <w:r>
        <w:t>This letter confirms that [Employee full name], holder of [passport / national ID number if appropriate], was employed by [Legal company name] under the following conditions: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EAF2F8"/>
          </w:tcPr>
          <w:p>
            <w:r>
              <w:t>Job title</w:t>
            </w:r>
          </w:p>
        </w:tc>
        <w:tc>
          <w:tcPr>
            <w:tcW w:type="dxa" w:w="5040"/>
          </w:tcPr>
          <w:p>
            <w:r>
              <w:t>[Exact title]</w:t>
            </w:r>
          </w:p>
        </w:tc>
      </w:tr>
      <w:tr>
        <w:tc>
          <w:tcPr>
            <w:tcW w:type="dxa" w:w="5040"/>
            <w:shd w:fill="EAF2F8"/>
          </w:tcPr>
          <w:p>
            <w:r>
              <w:t>Employment type</w:t>
            </w:r>
          </w:p>
        </w:tc>
        <w:tc>
          <w:tcPr>
            <w:tcW w:type="dxa" w:w="5040"/>
          </w:tcPr>
          <w:p>
            <w:r>
              <w:t>[Full-time / Part-time]</w:t>
            </w:r>
          </w:p>
        </w:tc>
      </w:tr>
      <w:tr>
        <w:tc>
          <w:tcPr>
            <w:tcW w:type="dxa" w:w="5040"/>
            <w:shd w:fill="EAF2F8"/>
          </w:tcPr>
          <w:p>
            <w:r>
              <w:t>Working hours</w:t>
            </w:r>
          </w:p>
        </w:tc>
        <w:tc>
          <w:tcPr>
            <w:tcW w:type="dxa" w:w="5040"/>
          </w:tcPr>
          <w:p>
            <w:r>
              <w:t>[__ hours per week]</w:t>
            </w:r>
          </w:p>
        </w:tc>
      </w:tr>
      <w:tr>
        <w:tc>
          <w:tcPr>
            <w:tcW w:type="dxa" w:w="5040"/>
            <w:shd w:fill="EAF2F8"/>
          </w:tcPr>
          <w:p>
            <w:r>
              <w:t>Employment period</w:t>
            </w:r>
          </w:p>
        </w:tc>
        <w:tc>
          <w:tcPr>
            <w:tcW w:type="dxa" w:w="5040"/>
          </w:tcPr>
          <w:p>
            <w:r>
              <w:t>[DD Month YYYY] to [DD Month YYYY / Present]</w:t>
            </w:r>
          </w:p>
        </w:tc>
      </w:tr>
      <w:tr>
        <w:tc>
          <w:tcPr>
            <w:tcW w:type="dxa" w:w="5040"/>
            <w:shd w:fill="EAF2F8"/>
          </w:tcPr>
          <w:p>
            <w:r>
              <w:t>Work location</w:t>
            </w:r>
          </w:p>
        </w:tc>
        <w:tc>
          <w:tcPr>
            <w:tcW w:type="dxa" w:w="5040"/>
          </w:tcPr>
          <w:p>
            <w:r>
              <w:t>[City, Country / Project]</w:t>
            </w:r>
          </w:p>
        </w:tc>
      </w:tr>
      <w:tr>
        <w:tc>
          <w:tcPr>
            <w:tcW w:type="dxa" w:w="5040"/>
            <w:shd w:fill="EAF2F8"/>
          </w:tcPr>
          <w:p>
            <w:r>
              <w:t>Gross salary / pay rate</w:t>
            </w:r>
          </w:p>
        </w:tc>
        <w:tc>
          <w:tcPr>
            <w:tcW w:type="dxa" w:w="5040"/>
          </w:tcPr>
          <w:p>
            <w:r>
              <w:t>[Currency and amount per month/year/hour]</w:t>
            </w:r>
          </w:p>
        </w:tc>
      </w:tr>
      <w:tr>
        <w:tc>
          <w:tcPr>
            <w:tcW w:type="dxa" w:w="5040"/>
            <w:shd w:fill="EAF2F8"/>
          </w:tcPr>
          <w:p>
            <w:r>
              <w:t>Reporting to</w:t>
            </w:r>
          </w:p>
        </w:tc>
        <w:tc>
          <w:tcPr>
            <w:tcW w:type="dxa" w:w="5040"/>
          </w:tcPr>
          <w:p>
            <w:r>
              <w:t>[Name and title]</w:t>
            </w:r>
          </w:p>
        </w:tc>
      </w:tr>
    </w:tbl>
    <w:p>
      <w:r>
        <w:br/>
        <w:t>During this employment, [Employee first name] performed the following principal duties:</w:t>
      </w:r>
    </w:p>
    <w:p>
      <w:pPr>
        <w:pStyle w:val="ListBullet"/>
      </w:pPr>
      <w:r>
        <w:t>[Duty 1: use a specific, truthful action verb and explain the technical/professional responsibility.]</w:t>
      </w:r>
    </w:p>
    <w:p>
      <w:pPr>
        <w:pStyle w:val="ListBullet"/>
      </w:pPr>
      <w:r>
        <w:t>[Duty 2: use a specific, truthful action verb and explain the technical/professional responsibility.]</w:t>
      </w:r>
    </w:p>
    <w:p>
      <w:pPr>
        <w:pStyle w:val="ListBullet"/>
      </w:pPr>
      <w:r>
        <w:t>[Duty 3: use a specific, truthful action verb and explain the technical/professional responsibility.]</w:t>
      </w:r>
    </w:p>
    <w:p>
      <w:pPr>
        <w:pStyle w:val="ListBullet"/>
      </w:pPr>
      <w:r>
        <w:t>[Duty 4: use a specific, truthful action verb and explain the technical/professional responsibility.]</w:t>
      </w:r>
    </w:p>
    <w:p>
      <w:pPr>
        <w:pStyle w:val="ListBullet"/>
      </w:pPr>
      <w:r>
        <w:t>[Duty 5: use a specific, truthful action verb and explain the technical/professional responsibility.]</w:t>
      </w:r>
    </w:p>
    <w:p>
      <w:pPr>
        <w:pStyle w:val="ListBullet"/>
      </w:pPr>
      <w:r>
        <w:t>[Duty 6: use a specific, truthful action verb and explain the technical/professional responsibility.]</w:t>
      </w:r>
    </w:p>
    <w:p>
      <w:pPr>
        <w:pStyle w:val="ListBullet"/>
      </w:pPr>
      <w:r>
        <w:t>[Duty 7: use a specific, truthful action verb and explain the technical/professional responsibility.]</w:t>
      </w:r>
    </w:p>
    <w:p>
      <w:pPr>
        <w:pStyle w:val="ListBullet"/>
      </w:pPr>
      <w:r>
        <w:t>[Duty 8: use a specific, truthful action verb and explain the technical/professional responsibility.]</w:t>
      </w:r>
    </w:p>
    <w:p>
      <w:r>
        <w:t>Selected achievements (optional but recommended):</w:t>
      </w:r>
    </w:p>
    <w:p>
      <w:pPr>
        <w:pStyle w:val="ListBullet"/>
      </w:pPr>
      <w:r>
        <w:t>[Achievement 1: measurable outcome, scale, budget, quantity, time, quality, safety or efficiency improvement.]</w:t>
      </w:r>
    </w:p>
    <w:p>
      <w:pPr>
        <w:pStyle w:val="ListBullet"/>
      </w:pPr>
      <w:r>
        <w:t>[Achievement 2: measurable outcome, scale, budget, quantity, time, quality, safety or efficiency improvement.]</w:t>
      </w:r>
    </w:p>
    <w:p>
      <w:r>
        <w:t>This was a paid position. The information above is true and may be verified by contacting the undersigned using the official contact details below.</w:t>
      </w:r>
    </w:p>
    <w:p>
      <w:r>
        <w:br/>
        <w:t>Sincerely,</w:t>
      </w:r>
    </w:p>
    <w:p>
      <w:r>
        <w:t>[Full name of authorised signatory]</w:t>
      </w:r>
    </w:p>
    <w:p>
      <w:r>
        <w:t>[Position / relationship to employee]</w:t>
      </w:r>
    </w:p>
    <w:p>
      <w:r>
        <w:t>[Work email] | [Work telephone]</w:t>
      </w:r>
    </w:p>
    <w:p>
      <w:r>
        <w:t>[Signature]</w:t>
      </w:r>
    </w:p>
    <w:p>
      <w:r>
        <w:t>[Company stamp, if applicable]</w:t>
      </w:r>
    </w:p>
    <w:p>
      <w:r>
        <w:br/>
        <w:t>Checklist before issue: official letterhead; issue date; exact start/end dates; hours; pay rate; at least five detailed duties; authorised signature; work email/phone; stamp if applicable.</w:t>
      </w:r>
    </w:p>
    <w:sectPr w:rsidR="00FC693F" w:rsidRPr="0006063C" w:rsidSect="00034616">
      <w:pgSz w:w="12240" w:h="15840"/>
      <w:pgMar w:top="648" w:right="1080" w:bottom="64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40" w:line="240" w:lineRule="auto"/>
    </w:pPr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071F35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